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Letter of Recommendation for a GPS Location Device</w:t>
      </w:r>
    </w:p>
    <w:p>
      <w:r>
        <w:rPr>
          <w:i w:val="0"/>
          <w:sz w:val="20"/>
        </w:rPr>
        <w:t>For a Board Certified Behavior Analyst or behaviour analyst, occupational therapist or speech-language pathologist who knows the child</w:t>
      </w:r>
    </w:p>
    <w:p>
      <w:pPr>
        <w:spacing w:after="40"/>
      </w:pPr>
      <w:r>
        <w:rPr>
          <w:b/>
        </w:rPr>
        <w:t xml:space="preserve">Date of recommendation: </w:t>
      </w:r>
      <w:r>
        <w:t>__________________________________</w:t>
      </w:r>
    </w:p>
    <w:p>
      <w:pPr>
        <w:spacing w:after="40"/>
      </w:pPr>
      <w:r>
        <w:rPr>
          <w:b/>
        </w:rPr>
        <w:t xml:space="preserve">To: </w:t>
      </w:r>
      <w:r>
        <w:t>__________________________________</w:t>
      </w:r>
    </w:p>
    <w:p>
      <w:pPr>
        <w:spacing w:before="200"/>
      </w:pPr>
      <w:r>
        <w:rPr>
          <w:b/>
          <w:color w:val="0F766E"/>
          <w:sz w:val="19"/>
        </w:rPr>
        <w:t>THE CHILD</w:t>
      </w:r>
    </w:p>
    <w:p>
      <w:pPr>
        <w:spacing w:after="40"/>
      </w:pPr>
      <w:r>
        <w:rPr>
          <w:b/>
        </w:rPr>
        <w:t xml:space="preserve">Full name: </w:t>
      </w:r>
      <w:r>
        <w:t>__________________________________</w:t>
      </w:r>
    </w:p>
    <w:p>
      <w:pPr>
        <w:spacing w:after="40"/>
      </w:pPr>
      <w:r>
        <w:rPr>
          <w:b/>
        </w:rPr>
        <w:t xml:space="preserve">Date of birth: </w:t>
      </w:r>
      <w:r>
        <w:t>__________________________________</w:t>
      </w:r>
    </w:p>
    <w:p>
      <w:pPr>
        <w:spacing w:after="40"/>
      </w:pPr>
      <w:r>
        <w:rPr>
          <w:b/>
        </w:rPr>
        <w:t xml:space="preserve">OAP or program no.: </w:t>
      </w:r>
      <w:r>
        <w:t>__________________________________</w:t>
      </w:r>
    </w:p>
    <w:p>
      <w:pPr>
        <w:spacing w:before="200"/>
      </w:pPr>
      <w:r>
        <w:rPr>
          <w:b/>
          <w:color w:val="0F766E"/>
          <w:sz w:val="19"/>
        </w:rPr>
        <w:t>THE PROFESSIONAL</w:t>
      </w:r>
    </w:p>
    <w:p>
      <w:r>
        <w:rPr>
          <w:i w:val="0"/>
        </w:rPr>
        <w:t>☐ BCBA   ☐ Registered Behaviour Analyst   ☐ Occupational Therapist   ☐ Speech-Language Pathologist   ☐ Other</w:t>
      </w:r>
    </w:p>
    <w:p>
      <w:pPr>
        <w:spacing w:after="40"/>
      </w:pPr>
      <w:r>
        <w:rPr>
          <w:b/>
        </w:rPr>
        <w:t xml:space="preserve">Full name and designation: </w:t>
      </w:r>
      <w:r>
        <w:t>__________________________________</w:t>
      </w:r>
    </w:p>
    <w:p>
      <w:pPr>
        <w:spacing w:after="40"/>
      </w:pPr>
      <w:r>
        <w:rPr>
          <w:b/>
        </w:rPr>
        <w:t xml:space="preserve">Licence or certification no.: </w:t>
      </w:r>
      <w:r>
        <w:t>__________________________________</w:t>
      </w:r>
    </w:p>
    <w:p>
      <w:pPr>
        <w:spacing w:after="40"/>
      </w:pPr>
      <w:r>
        <w:rPr>
          <w:b/>
        </w:rPr>
        <w:t xml:space="preserve">Regulatory body or board: </w:t>
      </w:r>
      <w:r>
        <w:t>__________________________________</w:t>
      </w:r>
    </w:p>
    <w:p>
      <w:pPr>
        <w:spacing w:after="40"/>
      </w:pPr>
      <w:r>
        <w:rPr>
          <w:b/>
        </w:rPr>
        <w:t xml:space="preserve">Employer or practice: </w:t>
      </w:r>
      <w:r>
        <w:t>__________________________________</w:t>
      </w:r>
    </w:p>
    <w:p>
      <w:pPr>
        <w:spacing w:after="40"/>
      </w:pPr>
      <w:r>
        <w:rPr>
          <w:b/>
        </w:rPr>
        <w:t xml:space="preserve">Address: </w:t>
      </w:r>
      <w:r>
        <w:t>__________________________________</w:t>
      </w:r>
    </w:p>
    <w:p>
      <w:pPr>
        <w:spacing w:after="40"/>
      </w:pPr>
      <w:r>
        <w:rPr>
          <w:b/>
        </w:rPr>
        <w:t xml:space="preserve">Phone and email: </w:t>
      </w:r>
      <w:r>
        <w:t>__________________________________</w:t>
      </w:r>
    </w:p>
    <w:p>
      <w:pPr>
        <w:spacing w:after="40"/>
      </w:pPr>
      <w:r>
        <w:rPr>
          <w:b/>
        </w:rPr>
        <w:t xml:space="preserve">OAP core clinical service category (Ontario only): </w:t>
      </w:r>
      <w:r>
        <w:t>__________________________________</w:t>
      </w:r>
    </w:p>
    <w:p>
      <w:pPr>
        <w:spacing w:before="200"/>
      </w:pPr>
      <w:r>
        <w:rPr>
          <w:b/>
          <w:color w:val="0F766E"/>
          <w:sz w:val="19"/>
        </w:rPr>
        <w:t>RELATIONSHIP AND WHAT I HAVE OBSERVED</w:t>
      </w:r>
    </w:p>
    <w:p>
      <w:pPr>
        <w:spacing w:after="40"/>
      </w:pPr>
      <w:r>
        <w:rPr>
          <w:b/>
        </w:rPr>
        <w:t xml:space="preserve">How I know the child (role, how long, how often I see them): </w:t>
      </w:r>
      <w:r/>
    </w:p>
    <w:p>
      <w:r>
        <w:rPr>
          <w:i w:val="0"/>
        </w:rPr>
        <w:t>[Describe here]</w:t>
      </w:r>
    </w:p>
    <w:p>
      <w:pPr>
        <w:spacing w:after="40"/>
      </w:pPr>
      <w:r>
        <w:rPr>
          <w:b/>
        </w:rPr>
        <w:t xml:space="preserve">Wandering or elopement I have observed or that is documented (how often, where, triggers, dangers such as traffic or water): </w:t>
      </w:r>
      <w:r/>
    </w:p>
    <w:p>
      <w:r>
        <w:rPr>
          <w:i w:val="0"/>
        </w:rPr>
        <w:t>[Describe here]</w:t>
      </w:r>
    </w:p>
    <w:p>
      <w:pPr>
        <w:spacing w:before="200"/>
      </w:pPr>
      <w:r>
        <w:rPr>
          <w:b/>
          <w:color w:val="0F766E"/>
          <w:sz w:val="19"/>
        </w:rPr>
        <w:t>RECOMMENDATION</w:t>
      </w:r>
    </w:p>
    <w:p>
      <w:r>
        <w:rPr>
          <w:i w:val="0"/>
        </w:rPr>
        <w:t>Based on my work with this child, I recommend a wearable GPS location device, so that caregivers can find the child quickly and are alerted when the child leaves a set safe area.</w:t>
      </w:r>
    </w:p>
    <w:p>
      <w:pPr>
        <w:spacing w:after="40"/>
      </w:pPr>
      <w:r>
        <w:rPr>
          <w:b/>
        </w:rPr>
        <w:t xml:space="preserve">Item name: </w:t>
      </w:r>
      <w:r>
        <w:t>__________________________________</w:t>
      </w:r>
    </w:p>
    <w:p>
      <w:pPr>
        <w:spacing w:after="40"/>
      </w:pPr>
      <w:r>
        <w:rPr>
          <w:b/>
        </w:rPr>
        <w:t xml:space="preserve">Item type: </w:t>
      </w:r>
      <w:r>
        <w:t>__________________________________</w:t>
      </w:r>
    </w:p>
    <w:p>
      <w:r>
        <w:rPr>
          <w:i/>
          <w:sz w:val="18"/>
        </w:rPr>
        <w:t>For example: “StepSafe SS-01 GPS location device”, type “technology”.</w:t>
      </w:r>
    </w:p>
    <w:p>
      <w:pPr>
        <w:spacing w:after="40"/>
      </w:pPr>
      <w:r>
        <w:rPr>
          <w:b/>
        </w:rPr>
        <w:t xml:space="preserve">How it supports the child’s safety and treatment plan goals: </w:t>
      </w:r>
      <w:r/>
    </w:p>
    <w:p>
      <w:r>
        <w:rPr>
          <w:i w:val="0"/>
        </w:rPr>
        <w:t>[Describe here]</w:t>
      </w:r>
    </w:p>
    <w:p>
      <w:r>
        <w:rPr>
          <w:i w:val="0"/>
        </w:rPr>
      </w:r>
    </w:p>
    <w:p>
      <w:pPr>
        <w:spacing w:after="40"/>
      </w:pPr>
      <w:r>
        <w:rPr>
          <w:b/>
        </w:rPr>
        <w:t xml:space="preserve">Signature: </w:t>
      </w:r>
      <w:r>
        <w:t>__________________________________</w:t>
      </w:r>
    </w:p>
    <w:p>
      <w:pPr>
        <w:spacing w:after="40"/>
      </w:pPr>
      <w:r>
        <w:rPr>
          <w:b/>
        </w:rPr>
        <w:t xml:space="preserve">Date: </w:t>
      </w:r>
      <w:r>
        <w:t>__________________________________</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Template from StepSafe for the professional to complete and edit. Each program decides what it funds and may have its own form. StepSafe does not guarantee funding. This is not medical, tax or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Recommendation for a GPS Location Device</dc:title>
  <dc:subject/>
  <dc:creator>StepSafe</dc:creator>
  <cp:keywords/>
  <dc:description>generated by python-docx</dc:description>
  <cp:lastModifiedBy/>
  <cp:revision>1</cp:revision>
  <dcterms:created xsi:type="dcterms:W3CDTF">2013-12-23T23:15:00Z</dcterms:created>
  <dcterms:modified xsi:type="dcterms:W3CDTF">2013-12-23T23:15:00Z</dcterms:modified>
  <cp:category/>
</cp:coreProperties>
</file>